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nil" w:sz="4" w:space="0" w:color="C9CED6"/>
          <w:left w:val="nil" w:sz="4" w:space="0" w:color="C9CED6"/>
          <w:bottom w:val="nil" w:sz="4" w:space="0" w:color="C9CED6"/>
          <w:right w:val="nil" w:sz="4" w:space="0" w:color="C9CED6"/>
          <w:insideH w:val="nil" w:sz="4" w:space="0" w:color="C9CED6"/>
          <w:insideV w:val="nil" w:sz="4" w:space="0" w:color="C9CED6"/>
        </w:tblBorders>
      </w:tblPr>
      <w:tblGrid>
        <w:gridCol w:w="3855"/>
        <w:gridCol w:w="6463"/>
      </w:tblGrid>
      <w:tr>
        <w:tc>
          <w:tcPr>
            <w:tcW w:type="dxa" w:w="3855"/>
            <w:shd w:val="clear" w:color="auto" w:fill="F3F4F6"/>
            <w:vAlign w:val="top"/>
          </w:tcPr>
          <w:p>
            <w:pPr>
              <w:spacing w:before="0" w:after="0"/>
              <w:jc w:val="center"/>
            </w:pPr>
            <w:r>
              <w:rPr>
                <w:b/>
                <w:i w:val="0"/>
                <w:color w:val="6B7280"/>
                <w:sz w:val="18"/>
              </w:rPr>
              <w:t>[ SUA LOGO AQUI ]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Nome da assistência técnica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CNPJ: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Endereço: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Telefone / WhatsApp: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Instagram / site:</w:t>
            </w:r>
          </w:p>
        </w:tc>
        <w:tc>
          <w:tcPr>
            <w:tcW w:type="dxa" w:w="6463"/>
            <w:vAlign w:val="top"/>
          </w:tcPr>
          <w:p>
            <w:pPr>
              <w:spacing w:before="0" w:after="0"/>
              <w:jc w:val="right"/>
            </w:pPr>
            <w:r>
              <w:rPr>
                <w:b/>
                <w:i w:val="0"/>
                <w:color w:val="F97316"/>
                <w:sz w:val="36"/>
              </w:rPr>
              <w:t>ORDEM DE SERVIÇO</w:t>
            </w:r>
          </w:p>
          <w:p>
            <w:pPr>
              <w:spacing w:after="120"/>
              <w:jc w:val="right"/>
            </w:pPr>
            <w:r>
              <w:rPr>
                <w:color w:val="6B7280"/>
                <w:sz w:val="18"/>
              </w:rPr>
              <w:t>Assistência técnica de celular e tablet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Nº da OS: ______________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Data de entrada: ____/____/________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Previsão de entrega: ____/____/________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Atendente: ______________________</w:t>
            </w:r>
          </w:p>
        </w:tc>
      </w:tr>
    </w:tbl>
    <w:p>
      <w:pPr>
        <w:keepNext w:val="0"/>
        <w:spacing w:before="0" w:after="0" w:line="16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CLIENTE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Nome completo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CPF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Telefone / WhatsApp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Telefone para recado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E-mail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Como nos conheceu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APARELHO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Marca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Modelo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Cor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Capacidade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IMEI 1 (disque *#06#)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IMEI 2 (se houver)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ITENS DEIXADOS E ACESSO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Deixou com o aparelho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Chip     ☐ Cartão de memória     ☐ Capa     ☐ Película     ☐ Carregador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Bloqueio de tela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Senha     ☐ Padrão     ☐ Biometria     ☐ Sem bloqueio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Conta Google / iCloud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Desconectada     ☐ Conectada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Backup feito pelo cliente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Sim     ☐ Não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CONDIÇÃO FÍSICA NA ENTRADA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Tela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Sem avaria     ☐ Riscada     ☐ Trincada     ☐ Manchas     ☐ Touch falhando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Tampa e laterais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Sem avaria     ☐ Riscadas     ☐ Trincadas     ☐ Amassadas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Contato com líquido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Sinais visíveis     ☐ Sem sinais     ☐ Não verificado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CHECKLIST FUNCIONAL DE ENTRADA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863"/>
        <w:gridCol w:w="765"/>
        <w:gridCol w:w="765"/>
        <w:gridCol w:w="765"/>
        <w:gridCol w:w="2863"/>
        <w:gridCol w:w="765"/>
        <w:gridCol w:w="765"/>
        <w:gridCol w:w="765"/>
      </w:tblGrid>
      <w:tr>
        <w:trPr>
          <w:cantSplit/>
          <w:trHeight w:val="311" w:hRule="atLeast"/>
        </w:trPr>
        <w:tc>
          <w:tcPr>
            <w:tcW w:type="dxa" w:w="2863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Item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OK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Defeito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Não testado</w:t>
            </w:r>
          </w:p>
        </w:tc>
        <w:tc>
          <w:tcPr>
            <w:tcW w:type="dxa" w:w="2863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Item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OK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Defeito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Não testado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Liga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Conector de carga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Tela e touch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Carregamento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Câmera frontal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Botões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Câmera traseira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Biometria / Face ID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Microfone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Wi-Fi e Bluetooth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Alto-falante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Sinal do chip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6"/>
              </w:rPr>
              <w:t>Auricular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6"/>
              </w:rPr>
              <w:t>Vibração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DEFEITO RELATADO PELO CLIENTE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0319"/>
      </w:tblGrid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LAUDO TÉCNICO (DEFEITO CONSTATADO NA BANCADA)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0319"/>
      </w:tblGrid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ORÇAMENTO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793"/>
        <w:gridCol w:w="5783"/>
        <w:gridCol w:w="1871"/>
        <w:gridCol w:w="1871"/>
      </w:tblGrid>
      <w:tr>
        <w:tc>
          <w:tcPr>
            <w:tcW w:type="dxa" w:w="794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Qtd</w:t>
            </w:r>
          </w:p>
        </w:tc>
        <w:tc>
          <w:tcPr>
            <w:tcW w:type="dxa" w:w="5783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Descrição (peça ou serviço)</w:t>
            </w:r>
          </w:p>
        </w:tc>
        <w:tc>
          <w:tcPr>
            <w:tcW w:type="dxa" w:w="1871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Valor unit. (R$)</w:t>
            </w:r>
          </w:p>
        </w:tc>
        <w:tc>
          <w:tcPr>
            <w:tcW w:type="dxa" w:w="1871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Total (R$)</w:t>
            </w: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</w:tcPr>
          <w:p>
            <w:pPr>
              <w:keepNext/>
              <w:spacing w:before="0" w:after="0"/>
              <w:jc w:val="right"/>
            </w:pPr>
            <w:r>
              <w:rPr>
                <w:b w:val="0"/>
                <w:i w:val="0"/>
                <w:sz w:val="16"/>
              </w:rPr>
              <w:t>Subtotal de peças</w:t>
            </w: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</w:tcPr>
          <w:p>
            <w:pPr>
              <w:keepNext/>
              <w:spacing w:before="0" w:after="0"/>
              <w:jc w:val="right"/>
            </w:pPr>
            <w:r>
              <w:rPr>
                <w:b w:val="0"/>
                <w:i w:val="0"/>
                <w:sz w:val="16"/>
              </w:rPr>
              <w:t>Mão de obra</w:t>
            </w: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</w:tcPr>
          <w:p>
            <w:pPr>
              <w:keepNext/>
              <w:spacing w:before="0" w:after="0"/>
              <w:jc w:val="right"/>
            </w:pPr>
            <w:r>
              <w:rPr>
                <w:b w:val="0"/>
                <w:i w:val="0"/>
                <w:sz w:val="16"/>
              </w:rPr>
              <w:t>Desconto</w:t>
            </w: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  <w:shd w:val="clear" w:color="auto" w:fill="F3F4F6"/>
          </w:tcPr>
          <w:p>
            <w:pPr>
              <w:spacing w:before="0" w:after="0"/>
              <w:jc w:val="right"/>
            </w:pPr>
            <w:r>
              <w:rPr>
                <w:b/>
                <w:i w:val="0"/>
                <w:sz w:val="18"/>
              </w:rPr>
              <w:t>TOTAL</w:t>
            </w:r>
          </w:p>
        </w:tc>
        <w:tc>
          <w:tcPr>
            <w:tcW w:type="dxa" w:w="1871"/>
            <w:shd w:val="clear" w:color="auto" w:fill="F3F4F6"/>
          </w:tcPr>
          <w:p/>
        </w:tc>
      </w:tr>
    </w:tbl>
    <w:p>
      <w:pPr>
        <w:keepNext w:val="0"/>
        <w:spacing w:before="0" w:after="0" w:line="8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Forma de pagamento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Pix     ☐ Dinheiro     ☐ Cartão de débito     ☐ Cartão de crédito</w:t>
            </w:r>
          </w:p>
        </w:tc>
      </w:tr>
    </w:tbl>
    <w:p>
      <w:pPr>
        <w:keepNext w:val="0"/>
        <w:spacing w:before="0" w:after="0" w:line="8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Orçamento válido até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Taxa de diagnóstico (se houver)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APROVAÇÃO E ANDAMENTO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Orçamento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Aprovado     ☐ Aprovado em parte     ☐ Recusado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Status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Orçamento     ☐ Aprovado     ☐ Aguardando peças     ☐ Em andamento     ☐ Finalizado     ☐ Entregue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CHECKLIST DE SAÍDA (TESTE COM O CLIENTE)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863"/>
        <w:gridCol w:w="765"/>
        <w:gridCol w:w="765"/>
        <w:gridCol w:w="765"/>
        <w:gridCol w:w="2863"/>
        <w:gridCol w:w="765"/>
        <w:gridCol w:w="765"/>
        <w:gridCol w:w="765"/>
      </w:tblGrid>
      <w:tr>
        <w:trPr>
          <w:cantSplit/>
          <w:trHeight w:val="311" w:hRule="atLeast"/>
        </w:trPr>
        <w:tc>
          <w:tcPr>
            <w:tcW w:type="dxa" w:w="2863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Item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OK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Defeito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Não testado</w:t>
            </w:r>
          </w:p>
        </w:tc>
        <w:tc>
          <w:tcPr>
            <w:tcW w:type="dxa" w:w="2863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Item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OK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Defeito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Não testado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Liga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Áudio e microfone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Tela e touch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Carregamento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6"/>
              </w:rPr>
              <w:t>Câmeras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6"/>
              </w:rPr>
              <w:t>Sinal e Wi-Fi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CONDIÇÕES DO SERVIÇO E GARANTIA</w:t>
            </w:r>
          </w:p>
        </w:tc>
      </w:tr>
    </w:tbl>
    <w:p>
      <w:pPr>
        <w:keepNext/>
        <w:spacing w:before="0" w:after="0" w:line="40" w:lineRule="exact"/>
      </w:pPr>
    </w:p>
    <w:p>
      <w:pPr>
        <w:spacing w:before="0" w:after="40"/>
        <w:ind w:left="255" w:hanging="255"/>
      </w:pPr>
      <w:r>
        <w:rPr>
          <w:b/>
          <w:sz w:val="16"/>
        </w:rPr>
        <w:t xml:space="preserve">1. </w:t>
      </w:r>
      <w:r>
        <w:rPr>
          <w:sz w:val="16"/>
        </w:rPr>
        <w:t>O serviço só é executado depois da aprovação do orçamento pelo cliente. Orçamento válido por ____ dias.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2. </w:t>
      </w:r>
      <w:r>
        <w:rPr>
          <w:sz w:val="16"/>
        </w:rPr>
        <w:t>Garantia de ____ dias para o serviço executado e as peças substituídas, contada da entrega. Pelo Código de Defesa do Consumidor (art. 26), o cliente tem ao menos 90 dias para reclamar de defeito no serviço.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3. </w:t>
      </w:r>
      <w:r>
        <w:rPr>
          <w:sz w:val="16"/>
        </w:rPr>
        <w:t>A garantia não cobre danos por queda, contato com líquido, oxidação, mau uso, violação do lacre ou reparo feito por terceiros.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4. </w:t>
      </w:r>
      <w:r>
        <w:rPr>
          <w:sz w:val="16"/>
        </w:rPr>
        <w:t>O cliente foi orientado a fazer backup dos seus dados e a desconectar a conta Google/iCloud antes do serviço.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5. </w:t>
      </w:r>
      <w:r>
        <w:rPr>
          <w:sz w:val="16"/>
        </w:rPr>
        <w:t>As peças substituídas ficam à disposição do cliente por ____ dias após a entrega.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6. </w:t>
      </w:r>
      <w:r>
        <w:rPr>
          <w:sz w:val="16"/>
        </w:rPr>
        <w:t>O aparelho deve ser retirado em até ____ dias após o aviso de conclusão. Depois desse prazo, poderá ser cobrada taxa de armazenagem de R$ ________ por dia, conforme combinado nesta OS.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7. </w:t>
      </w:r>
      <w:r>
        <w:rPr>
          <w:sz w:val="16"/>
        </w:rPr>
        <w:t>A entrega é feita mediante apresentação da via do cliente ou de documento do titular desta OS.</w:t>
      </w:r>
    </w:p>
    <w:p>
      <w:pPr>
        <w:spacing w:before="40"/>
      </w:pPr>
      <w:r>
        <w:rPr>
          <w:i/>
          <w:color w:val="6B7280"/>
          <w:sz w:val="14"/>
        </w:rPr>
        <w:t>Cláusulas sugeridas. Revise com seu contador ou advogado antes de usar.</w:t>
      </w:r>
    </w:p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ASSINATURAS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nil" w:sz="4" w:space="0" w:color="C9CED6"/>
          <w:left w:val="nil" w:sz="4" w:space="0" w:color="C9CED6"/>
          <w:bottom w:val="nil" w:sz="4" w:space="0" w:color="C9CED6"/>
          <w:right w:val="nil" w:sz="4" w:space="0" w:color="C9CED6"/>
          <w:insideH w:val="nil" w:sz="4" w:space="0" w:color="C9CED6"/>
          <w:insideV w:val="nil" w:sz="4" w:space="0" w:color="C9CED6"/>
        </w:tblBorders>
      </w:tblPr>
      <w:tblGrid>
        <w:gridCol w:w="3439"/>
        <w:gridCol w:w="3439"/>
        <w:gridCol w:w="3439"/>
      </w:tblGrid>
      <w:tr>
        <w:tc>
          <w:tcPr>
            <w:tcW w:type="dxa" w:w="3439"/>
          </w:tcPr>
          <w:p>
            <w:pPr>
              <w:spacing w:before="520" w:after="0"/>
              <w:jc w:val="center"/>
            </w:pPr>
            <w:r>
              <w:rPr>
                <w:sz w:val="16"/>
              </w:rPr>
              <w:t>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B7280"/>
                <w:sz w:val="15"/>
              </w:rPr>
              <w:t>Cliente: entrada do aparelho</w:t>
            </w:r>
          </w:p>
        </w:tc>
        <w:tc>
          <w:tcPr>
            <w:tcW w:type="dxa" w:w="3439"/>
          </w:tcPr>
          <w:p>
            <w:pPr>
              <w:spacing w:before="520" w:after="0"/>
              <w:jc w:val="center"/>
            </w:pPr>
            <w:r>
              <w:rPr>
                <w:sz w:val="16"/>
              </w:rPr>
              <w:t>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B7280"/>
                <w:sz w:val="15"/>
              </w:rPr>
              <w:t>Cliente: aprovação do orçamento</w:t>
            </w:r>
          </w:p>
        </w:tc>
        <w:tc>
          <w:tcPr>
            <w:tcW w:type="dxa" w:w="3439"/>
          </w:tcPr>
          <w:p>
            <w:pPr>
              <w:spacing w:before="520" w:after="0"/>
              <w:jc w:val="center"/>
            </w:pPr>
            <w:r>
              <w:rPr>
                <w:sz w:val="16"/>
              </w:rPr>
              <w:t>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B7280"/>
                <w:sz w:val="15"/>
              </w:rPr>
              <w:t>Cliente: retirada (data ___/___/_____)</w:t>
            </w:r>
          </w:p>
        </w:tc>
      </w:tr>
    </w:tbl>
    <w:p>
      <w:pPr>
        <w:keepNext w:val="0"/>
        <w:spacing w:before="0" w:after="0" w:line="140" w:lineRule="exact"/>
      </w:pPr>
    </w:p>
    <w:p>
      <w:pPr>
        <w:keepNext/>
        <w:spacing w:before="240" w:after="80"/>
        <w:jc w:val="center"/>
      </w:pPr>
      <w:r>
        <w:rPr>
          <w:color w:val="6B7280"/>
          <w:sz w:val="15"/>
        </w:rPr>
        <w:t xml:space="preserve">✂  - - - - - - - - - - - - - - - - - - - - - - - - - - - -  recorte aqui  - - - - - - - - - - - - - - - - - - - - - - - - - - - - 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F97316"/>
          <w:left w:val="single" w:sz="4" w:space="0" w:color="F97316"/>
          <w:bottom w:val="single" w:sz="4" w:space="0" w:color="F97316"/>
          <w:right w:val="single" w:sz="4" w:space="0" w:color="F97316"/>
          <w:insideH w:val="single" w:sz="4" w:space="0" w:color="F97316"/>
          <w:insideV w:val="single" w:sz="4" w:space="0" w:color="F97316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F9731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VIA DO CLIENTE · ORDEM DE SERVIÇO · ASSISTÊNCIA TÉCNICA DE CELULAR E TABLET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Nº da OS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Data de entrada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Previsão de entrega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Aparelho e IMEI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Telefone da assistência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Status em</w:t>
            </w:r>
          </w:p>
        </w:tc>
        <w:tc>
          <w:tcPr>
            <w:tcW w:type="dxa" w:w="3402"/>
          </w:tcPr>
          <w:p/>
        </w:tc>
      </w:tr>
    </w:tbl>
    <w:p>
      <w:pPr>
        <w:spacing w:before="40"/>
      </w:pPr>
      <w:r>
        <w:rPr>
          <w:i/>
          <w:color w:val="6B7280"/>
          <w:sz w:val="15"/>
        </w:rPr>
        <w:t>Apresente esta via na retirada. Dúvidas sobre o andamento: fale com a assistência pelo telefone acima.</w:t>
      </w:r>
    </w:p>
    <w:sectPr w:rsidR="00FC693F" w:rsidRPr="0006063C" w:rsidSect="00034616">
      <w:footerReference w:type="default" r:id="rId9"/>
      <w:pgSz w:w="11906" w:h="16838"/>
      <w:pgMar w:top="680" w:right="794" w:bottom="680" w:left="794" w:header="72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4"/>
      </w:rPr>
      <w:t>Modelo gratuito criado pelo Sinfone, sistema para assistência técnica · sinfone.com.br/modelo-de-ordem-de-servico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 w:eastAsia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ordem de serviço para celular</dc:title>
  <dc:subject>Modelo gratuito para assistência técnica</dc:subject>
  <dc:creator>Sinfone</dc:creator>
  <cp:keywords>modelo de ordem de serviço, assistência técnica, Sinfone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