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nil" w:sz="4" w:space="0" w:color="C9CED6"/>
          <w:left w:val="nil" w:sz="4" w:space="0" w:color="C9CED6"/>
          <w:bottom w:val="nil" w:sz="4" w:space="0" w:color="C9CED6"/>
          <w:right w:val="nil" w:sz="4" w:space="0" w:color="C9CED6"/>
          <w:insideH w:val="nil" w:sz="4" w:space="0" w:color="C9CED6"/>
          <w:insideV w:val="nil" w:sz="4" w:space="0" w:color="C9CED6"/>
        </w:tblBorders>
      </w:tblPr>
      <w:tblGrid>
        <w:gridCol w:w="3855"/>
        <w:gridCol w:w="6463"/>
      </w:tblGrid>
      <w:tr>
        <w:tc>
          <w:tcPr>
            <w:tcW w:type="dxa" w:w="3855"/>
            <w:shd w:val="clear" w:color="auto" w:fill="F3F4F6"/>
            <w:vAlign w:val="top"/>
          </w:tcPr>
          <w:p>
            <w:pPr>
              <w:spacing w:before="0" w:after="0"/>
              <w:jc w:val="center"/>
            </w:pPr>
            <w:r>
              <w:rPr>
                <w:b/>
                <w:i w:val="0"/>
                <w:color w:val="6B7280"/>
                <w:sz w:val="18"/>
              </w:rPr>
              <w:t>[ SUA LOGO AQUI ]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Nome da assistência técnica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CNPJ: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Endereço: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Telefone / WhatsApp: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Instagram / site:</w:t>
            </w:r>
          </w:p>
        </w:tc>
        <w:tc>
          <w:tcPr>
            <w:tcW w:type="dxa" w:w="6463"/>
            <w:vAlign w:val="top"/>
          </w:tcPr>
          <w:p>
            <w:pPr>
              <w:spacing w:before="0" w:after="0"/>
              <w:jc w:val="right"/>
            </w:pPr>
            <w:r>
              <w:rPr>
                <w:b/>
                <w:i w:val="0"/>
                <w:color w:val="F97316"/>
                <w:sz w:val="36"/>
              </w:rPr>
              <w:t>ORDEM DE SERVIÇO</w:t>
            </w:r>
          </w:p>
          <w:p>
            <w:pPr>
              <w:spacing w:after="120"/>
              <w:jc w:val="right"/>
            </w:pPr>
            <w:r>
              <w:rPr>
                <w:color w:val="6B7280"/>
                <w:sz w:val="18"/>
              </w:rPr>
              <w:t>Instalação e manutenção de ar-condicionado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Nº da OS: ______________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Data da visita: ____/____/________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Horário: ______ às ______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Técnico: ______________________</w:t>
            </w:r>
          </w:p>
        </w:tc>
      </w:tr>
    </w:tbl>
    <w:p>
      <w:pPr>
        <w:keepNext w:val="0"/>
        <w:spacing w:before="0" w:after="0" w:line="16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CLIENTE E LOCAL DO ATENDIMENTO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Nome completo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CPF ou CNPJ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Telefone / WhatsApp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Contato no local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Endereço do atendimento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Ponto de referência</w:t>
            </w:r>
          </w:p>
        </w:tc>
        <w:tc>
          <w:tcPr>
            <w:tcW w:type="dxa" w:w="3402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SERVIÇO SOLICITADO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381"/>
        <w:gridCol w:w="7938"/>
      </w:tblGrid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Serviço</w:t>
            </w:r>
          </w:p>
        </w:tc>
        <w:tc>
          <w:tcPr>
            <w:tcW w:type="dxa" w:w="7937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7"/>
              </w:rPr>
              <w:t>☐ Instalação     ☐ Manutenção preventiva     ☐ Limpeza / higienização     ☐ Reparo     ☐ Carga de fluido     ☐ Desinstalação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EQUIPAMENTO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Marca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Modelo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Capacidade (BTU/h)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Nº de série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Local da unidade interna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Local da unidade externa</w:t>
            </w:r>
          </w:p>
        </w:tc>
        <w:tc>
          <w:tcPr>
            <w:tcW w:type="dxa" w:w="3402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TIPO E INSTALAÇÃO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381"/>
        <w:gridCol w:w="7938"/>
      </w:tblGrid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Tipo</w:t>
            </w:r>
          </w:p>
        </w:tc>
        <w:tc>
          <w:tcPr>
            <w:tcW w:type="dxa" w:w="7937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7"/>
              </w:rPr>
              <w:t>☐ Split hi-wall     ☐ Janela     ☐ Cassete     ☐ Piso-teto     ☐ Multi-split     ☐ Outro</w:t>
            </w:r>
          </w:p>
        </w:tc>
      </w:tr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Tensão</w:t>
            </w:r>
          </w:p>
        </w:tc>
        <w:tc>
          <w:tcPr>
            <w:tcW w:type="dxa" w:w="7937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7"/>
              </w:rPr>
              <w:t>☐ 127 V     ☐ 220 V</w:t>
            </w:r>
          </w:p>
        </w:tc>
      </w:tr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Fluido refrigerante</w:t>
            </w:r>
          </w:p>
        </w:tc>
        <w:tc>
          <w:tcPr>
            <w:tcW w:type="dxa" w:w="7937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7"/>
              </w:rPr>
              <w:t>☐ R-410A     ☐ R-32     ☐ R-22     ☐ Outro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PROBLEMA RELATADO PELO CLIENTE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0319"/>
      </w:tblGrid>
      <w:tr>
        <w:trPr>
          <w:cantSplit/>
          <w:trHeight w:val="351" w:hRule="atLeast"/>
        </w:trPr>
        <w:tc>
          <w:tcPr>
            <w:tcW w:type="dxa" w:w="10318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0318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DIAGNÓSTICO NO LOCAL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0319"/>
      </w:tblGrid>
      <w:tr>
        <w:trPr>
          <w:cantSplit/>
          <w:trHeight w:val="351" w:hRule="atLeast"/>
        </w:trPr>
        <w:tc>
          <w:tcPr>
            <w:tcW w:type="dxa" w:w="10318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0318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0318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MEDIÇÕES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Temperatura de insuflamento (°C)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Temperatura de retorno (°C)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Corrente elétrica (A)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Tensão medida (V)</w:t>
            </w:r>
          </w:p>
        </w:tc>
        <w:tc>
          <w:tcPr>
            <w:tcW w:type="dxa" w:w="3402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MATERIAIS USADOS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793"/>
        <w:gridCol w:w="7654"/>
        <w:gridCol w:w="1871"/>
      </w:tblGrid>
      <w:tr>
        <w:tc>
          <w:tcPr>
            <w:tcW w:type="dxa" w:w="794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5"/>
              </w:rPr>
              <w:t>Qtd</w:t>
            </w:r>
          </w:p>
        </w:tc>
        <w:tc>
          <w:tcPr>
            <w:tcW w:type="dxa" w:w="7654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Material (tubulação, suporte, fluido, dreno)</w:t>
            </w:r>
          </w:p>
        </w:tc>
        <w:tc>
          <w:tcPr>
            <w:tcW w:type="dxa" w:w="1871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5"/>
              </w:rPr>
              <w:t>Valor (R$)</w:t>
            </w: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7654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7654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7654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/>
        </w:tc>
        <w:tc>
          <w:tcPr>
            <w:tcW w:type="dxa" w:w="7654"/>
          </w:tcPr>
          <w:p/>
        </w:tc>
        <w:tc>
          <w:tcPr>
            <w:tcW w:type="dxa" w:w="1871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ORÇAMENTO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793"/>
        <w:gridCol w:w="5783"/>
        <w:gridCol w:w="1871"/>
        <w:gridCol w:w="1871"/>
      </w:tblGrid>
      <w:tr>
        <w:tc>
          <w:tcPr>
            <w:tcW w:type="dxa" w:w="794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5"/>
              </w:rPr>
              <w:t>Qtd</w:t>
            </w:r>
          </w:p>
        </w:tc>
        <w:tc>
          <w:tcPr>
            <w:tcW w:type="dxa" w:w="5783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Descrição (peça ou serviço)</w:t>
            </w:r>
          </w:p>
        </w:tc>
        <w:tc>
          <w:tcPr>
            <w:tcW w:type="dxa" w:w="1871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5"/>
              </w:rPr>
              <w:t>Valor unit. (R$)</w:t>
            </w:r>
          </w:p>
        </w:tc>
        <w:tc>
          <w:tcPr>
            <w:tcW w:type="dxa" w:w="1871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5"/>
              </w:rPr>
              <w:t>Total (R$)</w:t>
            </w: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28" w:hRule="atLeast"/>
        </w:trPr>
        <w:tc>
          <w:tcPr>
            <w:tcW w:type="dxa" w:w="8448"/>
            <w:gridSpan w:val="3"/>
            <w:vAlign w:val="center"/>
          </w:tcPr>
          <w:p>
            <w:pPr>
              <w:keepNext/>
              <w:spacing w:before="0" w:after="0"/>
              <w:jc w:val="right"/>
            </w:pPr>
            <w:r>
              <w:rPr>
                <w:b w:val="0"/>
                <w:i w:val="0"/>
                <w:sz w:val="16"/>
              </w:rPr>
              <w:t>Subtotal de peças</w:t>
            </w: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28" w:hRule="atLeast"/>
        </w:trPr>
        <w:tc>
          <w:tcPr>
            <w:tcW w:type="dxa" w:w="8448"/>
            <w:gridSpan w:val="3"/>
            <w:vAlign w:val="center"/>
          </w:tcPr>
          <w:p>
            <w:pPr>
              <w:keepNext/>
              <w:spacing w:before="0" w:after="0"/>
              <w:jc w:val="right"/>
            </w:pPr>
            <w:r>
              <w:rPr>
                <w:b w:val="0"/>
                <w:i w:val="0"/>
                <w:sz w:val="16"/>
              </w:rPr>
              <w:t>Mão de obra</w:t>
            </w: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28" w:hRule="atLeast"/>
        </w:trPr>
        <w:tc>
          <w:tcPr>
            <w:tcW w:type="dxa" w:w="8448"/>
            <w:gridSpan w:val="3"/>
            <w:vAlign w:val="center"/>
          </w:tcPr>
          <w:p>
            <w:pPr>
              <w:keepNext/>
              <w:spacing w:before="0" w:after="0"/>
              <w:jc w:val="right"/>
            </w:pPr>
            <w:r>
              <w:rPr>
                <w:b w:val="0"/>
                <w:i w:val="0"/>
                <w:sz w:val="16"/>
              </w:rPr>
              <w:t>Desconto</w:t>
            </w: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28" w:hRule="atLeast"/>
        </w:trPr>
        <w:tc>
          <w:tcPr>
            <w:tcW w:type="dxa" w:w="8448"/>
            <w:gridSpan w:val="3"/>
            <w:vAlign w:val="center"/>
            <w:shd w:val="clear" w:color="auto" w:fill="F3F4F6"/>
          </w:tcPr>
          <w:p>
            <w:pPr>
              <w:spacing w:before="0" w:after="0"/>
              <w:jc w:val="right"/>
            </w:pPr>
            <w:r>
              <w:rPr>
                <w:b/>
                <w:i w:val="0"/>
                <w:sz w:val="18"/>
              </w:rPr>
              <w:t>TOTAL</w:t>
            </w:r>
          </w:p>
        </w:tc>
        <w:tc>
          <w:tcPr>
            <w:tcW w:type="dxa" w:w="1871"/>
            <w:shd w:val="clear" w:color="auto" w:fill="F3F4F6"/>
          </w:tcPr>
          <w:p/>
        </w:tc>
      </w:tr>
    </w:tbl>
    <w:p>
      <w:pPr>
        <w:keepNext w:val="0"/>
        <w:spacing w:before="0" w:after="0" w:line="8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381"/>
        <w:gridCol w:w="7938"/>
      </w:tblGrid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Forma de pagamento</w:t>
            </w:r>
          </w:p>
        </w:tc>
        <w:tc>
          <w:tcPr>
            <w:tcW w:type="dxa" w:w="7937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7"/>
              </w:rPr>
              <w:t>☐ Pix     ☐ Dinheiro     ☐ Cartão de débito     ☐ Cartão de crédito</w:t>
            </w:r>
          </w:p>
        </w:tc>
      </w:tr>
    </w:tbl>
    <w:p>
      <w:pPr>
        <w:keepNext w:val="0"/>
        <w:spacing w:before="0" w:after="0" w:line="8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Orçamento válido até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Taxa de diagnóstico (se houver)</w:t>
            </w:r>
          </w:p>
        </w:tc>
        <w:tc>
          <w:tcPr>
            <w:tcW w:type="dxa" w:w="3402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CHECKLIST DE CONCLUSÃO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863"/>
        <w:gridCol w:w="765"/>
        <w:gridCol w:w="765"/>
        <w:gridCol w:w="765"/>
        <w:gridCol w:w="2863"/>
        <w:gridCol w:w="765"/>
        <w:gridCol w:w="765"/>
        <w:gridCol w:w="765"/>
      </w:tblGrid>
      <w:tr>
        <w:trPr>
          <w:cantSplit/>
          <w:trHeight w:val="311" w:hRule="atLeast"/>
        </w:trPr>
        <w:tc>
          <w:tcPr>
            <w:tcW w:type="dxa" w:w="2863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Item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Sim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Não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N/A</w:t>
            </w:r>
          </w:p>
        </w:tc>
        <w:tc>
          <w:tcPr>
            <w:tcW w:type="dxa" w:w="2863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Item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Sim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Não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N/A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Teste de funcionamento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Unidades bem fixadas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Dreno sem vazamento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Tubulação isolada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6"/>
              </w:rPr>
              <w:t>Sem vazamento de fluido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6"/>
              </w:rPr>
              <w:t>Local limpo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APROVAÇÃO E ANDAMENTO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381"/>
        <w:gridCol w:w="7938"/>
      </w:tblGrid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Orçamento</w:t>
            </w:r>
          </w:p>
        </w:tc>
        <w:tc>
          <w:tcPr>
            <w:tcW w:type="dxa" w:w="7937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7"/>
              </w:rPr>
              <w:t>☐ Aprovado     ☐ Aprovado em parte     ☐ Recusado</w:t>
            </w:r>
          </w:p>
        </w:tc>
      </w:tr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Status</w:t>
            </w:r>
          </w:p>
        </w:tc>
        <w:tc>
          <w:tcPr>
            <w:tcW w:type="dxa" w:w="7937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7"/>
              </w:rPr>
              <w:t>☐ Orçamento     ☐ Aprovado     ☐ Aguardando peças     ☐ Em andamento     ☐ Finalizado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CONDIÇÕES DO SERVIÇO E GARANTIA</w:t>
            </w:r>
          </w:p>
        </w:tc>
      </w:tr>
    </w:tbl>
    <w:p>
      <w:pPr>
        <w:keepNext/>
        <w:spacing w:before="0" w:after="0" w:line="40" w:lineRule="exact"/>
      </w:pPr>
    </w:p>
    <w:p>
      <w:pPr>
        <w:spacing w:before="0" w:after="40"/>
        <w:ind w:left="255" w:hanging="255"/>
      </w:pPr>
      <w:r>
        <w:rPr>
          <w:b/>
          <w:sz w:val="16"/>
        </w:rPr>
        <w:t xml:space="preserve">1. </w:t>
      </w:r>
      <w:r>
        <w:rPr>
          <w:sz w:val="16"/>
        </w:rPr>
        <w:t>O serviço só é executado depois da aprovação do orçamento pelo cliente. Orçamento válido por ____ dias.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2. </w:t>
      </w:r>
      <w:r>
        <w:rPr>
          <w:sz w:val="16"/>
        </w:rPr>
        <w:t>Garantia de ____ dias para o serviço executado e as peças substituídas, contada da conclusão. Pelo Código de Defesa do Consumidor (art. 26), o cliente tem ao menos 90 dias para reclamar de defeito no serviço.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3. </w:t>
      </w:r>
      <w:r>
        <w:rPr>
          <w:sz w:val="16"/>
        </w:rPr>
        <w:t>A garantia não cobre danos por falta de manutenção, oscilação ou sobrecarga elétrica, obras no local, mau uso ou reparo feito por terceiros.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4. </w:t>
      </w:r>
      <w:r>
        <w:rPr>
          <w:sz w:val="16"/>
        </w:rPr>
        <w:t>O local deve oferecer ponto elétrico adequado ao equipamento e acesso seguro para o técnico.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5. </w:t>
      </w:r>
      <w:r>
        <w:rPr>
          <w:sz w:val="16"/>
        </w:rPr>
        <w:t>Materiais além dos previstos no orçamento (tubulação extra, suporte, fluido) são cobrados conforme o que for usado e registrado nesta OS.</w:t>
      </w:r>
    </w:p>
    <w:p>
      <w:pPr>
        <w:spacing w:before="40"/>
      </w:pPr>
      <w:r>
        <w:rPr>
          <w:i/>
          <w:color w:val="6B7280"/>
          <w:sz w:val="14"/>
        </w:rPr>
        <w:t>Cláusulas sugeridas. Revise com seu contador ou advogado antes de usar.</w:t>
      </w:r>
    </w:p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ASSINATURAS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nil" w:sz="4" w:space="0" w:color="C9CED6"/>
          <w:left w:val="nil" w:sz="4" w:space="0" w:color="C9CED6"/>
          <w:bottom w:val="nil" w:sz="4" w:space="0" w:color="C9CED6"/>
          <w:right w:val="nil" w:sz="4" w:space="0" w:color="C9CED6"/>
          <w:insideH w:val="nil" w:sz="4" w:space="0" w:color="C9CED6"/>
          <w:insideV w:val="nil" w:sz="4" w:space="0" w:color="C9CED6"/>
        </w:tblBorders>
      </w:tblPr>
      <w:tblGrid>
        <w:gridCol w:w="3439"/>
        <w:gridCol w:w="3439"/>
        <w:gridCol w:w="3439"/>
      </w:tblGrid>
      <w:tr>
        <w:tc>
          <w:tcPr>
            <w:tcW w:type="dxa" w:w="3439"/>
          </w:tcPr>
          <w:p>
            <w:pPr>
              <w:spacing w:before="520" w:after="0"/>
              <w:jc w:val="center"/>
            </w:pPr>
            <w:r>
              <w:rPr>
                <w:sz w:val="16"/>
              </w:rPr>
              <w:t>__________________________________</w:t>
            </w:r>
          </w:p>
          <w:p>
            <w:pPr>
              <w:spacing w:after="0"/>
              <w:jc w:val="center"/>
            </w:pPr>
            <w:r>
              <w:rPr>
                <w:color w:val="6B7280"/>
                <w:sz w:val="15"/>
              </w:rPr>
              <w:t>Cliente: autorização do serviço</w:t>
            </w:r>
          </w:p>
        </w:tc>
        <w:tc>
          <w:tcPr>
            <w:tcW w:type="dxa" w:w="3439"/>
          </w:tcPr>
          <w:p>
            <w:pPr>
              <w:spacing w:before="520" w:after="0"/>
              <w:jc w:val="center"/>
            </w:pPr>
            <w:r>
              <w:rPr>
                <w:sz w:val="16"/>
              </w:rPr>
              <w:t>__________________________________</w:t>
            </w:r>
          </w:p>
          <w:p>
            <w:pPr>
              <w:spacing w:after="0"/>
              <w:jc w:val="center"/>
            </w:pPr>
            <w:r>
              <w:rPr>
                <w:color w:val="6B7280"/>
                <w:sz w:val="15"/>
              </w:rPr>
              <w:t>Técnico responsável</w:t>
            </w:r>
          </w:p>
        </w:tc>
        <w:tc>
          <w:tcPr>
            <w:tcW w:type="dxa" w:w="3439"/>
          </w:tcPr>
          <w:p>
            <w:pPr>
              <w:spacing w:before="520" w:after="0"/>
              <w:jc w:val="center"/>
            </w:pPr>
            <w:r>
              <w:rPr>
                <w:sz w:val="16"/>
              </w:rPr>
              <w:t>__________________________________</w:t>
            </w:r>
          </w:p>
          <w:p>
            <w:pPr>
              <w:spacing w:after="0"/>
              <w:jc w:val="center"/>
            </w:pPr>
            <w:r>
              <w:rPr>
                <w:color w:val="6B7280"/>
                <w:sz w:val="15"/>
              </w:rPr>
              <w:t>Cliente: serviço concluído (data ___/___/_____)</w:t>
            </w:r>
          </w:p>
        </w:tc>
      </w:tr>
    </w:tbl>
    <w:p>
      <w:pPr>
        <w:keepNext w:val="0"/>
        <w:spacing w:before="0" w:after="0" w:line="140" w:lineRule="exact"/>
      </w:pPr>
    </w:p>
    <w:p>
      <w:pPr>
        <w:keepNext/>
        <w:spacing w:before="240" w:after="80"/>
        <w:jc w:val="center"/>
      </w:pPr>
      <w:r>
        <w:rPr>
          <w:color w:val="6B7280"/>
          <w:sz w:val="15"/>
        </w:rPr>
        <w:t xml:space="preserve">✂  - - - - - - - - - - - - - - - - - - - - - - - - - - - -  recorte aqui  - - - - - - - - - - - - - - - - - - - - - - - - - - - - 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F97316"/>
          <w:left w:val="single" w:sz="4" w:space="0" w:color="F97316"/>
          <w:bottom w:val="single" w:sz="4" w:space="0" w:color="F97316"/>
          <w:right w:val="single" w:sz="4" w:space="0" w:color="F97316"/>
          <w:insideH w:val="single" w:sz="4" w:space="0" w:color="F97316"/>
          <w:insideV w:val="single" w:sz="4" w:space="0" w:color="F97316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F9731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VIA DO CLIENTE · ORDEM DE SERVIÇO · INSTALAÇÃO E MANUTENÇÃO DE AR-CONDICIONADO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Nº da OS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Data da visita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Serviço realizado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Técnico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Telefone da assistência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Garantia até</w:t>
            </w:r>
          </w:p>
        </w:tc>
        <w:tc>
          <w:tcPr>
            <w:tcW w:type="dxa" w:w="3402"/>
          </w:tcPr>
          <w:p/>
        </w:tc>
      </w:tr>
    </w:tbl>
    <w:p>
      <w:pPr>
        <w:spacing w:before="40"/>
      </w:pPr>
      <w:r>
        <w:rPr>
          <w:i/>
          <w:color w:val="6B7280"/>
          <w:sz w:val="15"/>
        </w:rPr>
        <w:t>Apresente esta via na retirada. Dúvidas sobre o andamento: fale com a assistência pelo telefone acima.</w:t>
      </w:r>
    </w:p>
    <w:sectPr w:rsidR="00FC693F" w:rsidRPr="0006063C" w:rsidSect="00034616">
      <w:footerReference w:type="default" r:id="rId9"/>
      <w:pgSz w:w="11906" w:h="16838"/>
      <w:pgMar w:top="680" w:right="794" w:bottom="680" w:left="794" w:header="72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4"/>
      </w:rPr>
      <w:t>Modelo gratuito criado pelo Sinfone, sistema para assistência técnica · sinfone.com.br/modelo-de-ordem-de-servico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 w:eastAsia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ordem de serviço para ar-condicionado</dc:title>
  <dc:subject>Modelo gratuito para assistência técnica</dc:subject>
  <dc:creator>Sinfone</dc:creator>
  <cp:keywords>modelo de ordem de serviço, assistência técnica, Sinfone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